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F59F00"/>
          <w:sz w:val="44"/>
          <w:rtl w:val="1"/>
          <w:rFonts w:ascii="Arial" w:hAnsi="Arial" w:cs="Arial"/>
          <w:bCs/>
          <w:szCs w:val="44"/>
        </w:rPr>
        <w:t>דף צפייה: מהפכה או חקיקה? שתי דרכי הסוציאליזם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1 · אירופה במאה ה־19 · ❓ איזו דרך הציע הסוציאליזם לפתרון מצוקת הפועלים – מהפכה או שינוי הדרגתי – ומה ההבדל בין השתיים?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סוציאליזם ב-3 דקות: כל מה שצריך לבגרות 🎬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3:21 דקות · https://www.youtube.com/watch?v=00u6QrRGyxE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הסוציאליזם הוא רעיון אחד ואחיד.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מרקס האמין שהשינוי יבוא בהדרגה, בעזרת חוקים.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הסוציאל־דמוקרטיה ביקשה לבטל לגמרי את הבעלות הפרטית על המפעלים.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איסור עבודת ילדים הוא דוגמה לחקיקה סוציאלית.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שלושת התהליכים שבתחילת הסרטון.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שני המעמדות ומה מאפיין כל אחד.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טוענים מרקס ואנגלס על ההיסטוריה.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תפקיד האינטרנציונל.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כלים משמשים את הסוציאל־דמוקרטיה.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הצגת שני המעמדות: מדוע הפועלים, שהיו רוב האוכלוסייה, היו חלשים כל כך?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הדרך המהפכנית: מה פירוש 'כל אדם כפי יכולתו, לכל אדם כפי צרכיו'?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החקיקה הסוציאלית: אילו מהחוקים שהוזכרו קיימים גם היום?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מי היו בעלי אמצעי הייצור?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הפרולטריון     ○ ב. הבורגנות     ○ ג. האיכרים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איזו דרך הציעו מרקס ואנגלס?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חקיקה הדרגתית     ○ ב. חזרה לחקלאות     ○ ג. מהפכה של הפרולטריון     ○ ד. שלטון של מלך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איזה מהבאים הוא כלי של הסוציאל־דמוקרטיה?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איגודים מקצועיים וחקיקה סוציאלית     ○ ב. ביטול הבחירות     ○ ג. מלחמה בין מדינות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מהי 'מלחמת מעמדות' לפי מרקס.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כיצד מסייעים המסים לצמצום הפערים לפי הסוציאל־דמוקרטיה?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היה האינטרנציונל ומה הייתה מטרתו?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השוו בין הסוציאליזם המהפכני לסוציאל־דמוקרטיה לפי שני תבחינים: הדרך לשינוי והיחס לבעלות הפרטית.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מדוע לדעתכם רעיון 'אחדות הפועלים בעולם' התנגש ברעיון הלאומיות שהתחזק באותה תקופה?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ג׳ · ⚖️ דיון משימה פעילה: ויכוח בכיכר העיר, 1870: מהפכה או חקיקה?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הכיתה מתחלקת לשתי קבוצות – 'המהפכנים' ו'הסוציאל־דמוקרטים' – וקבוצת שופטים קטנה. כל קבוצה מכינה נאום ותשובות לקבוצה השנייה, על סמך הסרטון ועל סמך טבלת ההשוואה.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כל קבוצה כותבת שלושה טיעונים בעד הדרך שלה (5 דקות).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כל קבוצה מנבאת טיעון אחד של הצד השני ומכינה לו תשובה.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נאומי פתיחה של דקה וחצי לכל צד, ואחריהם סבב תגובות.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השופטים מכריעים לפי איכות הטיעונים (לא לפי הדעה האישית) ומנמקים.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הצג שתי דרכים שהציע הסוציאליזם לפתרון מצוקת הפועלים, והסבר הבדל אחד ביניהן.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מהפכה או חקיקה? שתי דרכי הסוציאליזם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מהו פרולטריון?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ציינו דוגמה אחת לחקיקה סוציאלית.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1: אירופה במאה ה־19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