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F59F00"/>
          <w:sz w:val="44"/>
          <w:rtl w:val="1"/>
          <w:rFonts w:ascii="Arial" w:hAnsi="Arial" w:cs="Arial"/>
          <w:bCs/>
          <w:szCs w:val="44"/>
        </w:rPr>
        <w:t>דף צפייה: חמישה רעיונות ששינו את העולם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1 · אירופה במאה ה־19 · ❓ אילו עקרונות ניסחו הוגי הנאורות, וכיצד הם משפיעים על חיינו עד היום?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עקרונות הנאורות: מסבירה בעצמי רעיונות גדולים מהחיים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3:24 דקות · https://www.youtube.com/watch?v=pcWCd62v6nI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לפי הוגי הנאורות, הזכויות ניתנות לאדם על ידי המלך.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סובלנות פירושה להסכים עם כל דעה.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הוגי הנאורות טענו שהשלטון צריך להסתמך על הסכמת העם.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בתקופת הנאורות כבר היה קול שדרש חינוך שווה לנשים.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חמשת העקרונות שהדוברת מסבירה.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כוללות הזכויות הטבעיות לפי לוק.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ההבדל בין סובלנות לבין הסכמה.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הובס חשב על שליט חזק.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איפה התפשטו הרעיונות.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הזכויות הטבעיות: אם הזכויות 'טבעיות', מה תפקידו של השלטון?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חופש המחשבה והסובלנות: תנו דוגמה מהכיתה שבה סובלנות קשה אבל חשובה.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האמנה החברתית: מה קורה לפי לוק כאשר השליט מפר את 'החוזה'?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אילו זכויות מנה ג׳ון לוק כזכויות טבעיות?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כבוד, עושר ותהילה     ○ ב. חיים, חירות וקניין     ○ ג. שלטון, צבא ומסים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מהי סובלנות?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להסכים עם כולם     ○ ב. לכבד את זכותו של אחר לחשוב אחרת     ○ ג. לשתוק תמיד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דרשה מרי וולסטונקראפט?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ביטול המדע     ○ ב. שלטון של מלך חזק     ○ ג. חינוך שווה לנשים     ○ ד. סגירת בתי הקפה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את רעיון האמנה החברתית.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ההבדל בין שוויון לבין 'כולם אותו דבר'?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מדוע חופש המחשבה היה רעיון מהפכני במאה ה־18?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השוו בין הובס ללוק: במה הם מסכימים ובמה הם חלוקים?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איזה עיקרון של הנאורות קיים לדעתכם בבית הספר שלכם? איזה פחות? נמקו.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F59F00"/>
                <w:sz w:val="28"/>
                <w:rtl w:val="1"/>
                <w:rFonts w:ascii="Arial" w:hAnsi="Arial" w:cs="Arial"/>
                <w:bCs/>
                <w:szCs w:val="28"/>
              </w:rPr>
              <w:t>חלק ג׳ · 🃏 כרטיסים משימה פעילה: עיקרון בחיים – משחק קלפים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כל קבוצה מקבלת 5 קלפי עיקרון ו־8 קלפי מצב. מתאימים כל מצב לעיקרון וכותבים נימוק קצר.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קראו את קלפי העקרונות: אוטונומיה, זכויות טבעיות, חופש מחשבה וסובלנות, שוויון, אמנה חברתית.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התאימו לכל עיקרון לפחות קלף מצב אחד, למשל: 'ועד הכיתה נבחר והתחייב לייצג את כולם'; 'תלמידה בוחרת מגמה לפי רצונה'; 'בדיון נשמעת דעה שאינה מקובלת ומקשיבים לה'.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לכל התאמה כתבו נימוק במשפט אחד.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בחרו את קלף המצב שהיה הכי קשה לשייך והסבירו מדוע.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הצג שני עקרונות של הנאורות, והסבר כיצד כל אחד מהם ערער על הסדר הישן באירופה.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חמישה רעיונות ששינו את העולם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הן הזכויות הטבעיות לפי לוק?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הסבירו במשפט אחד: מה זו אמנה חברתית?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1: אירופה במאה ה־19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