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F59F00"/>
          <w:sz w:val="44"/>
          <w:rtl w:val="1"/>
          <w:rFonts w:ascii="Arial" w:hAnsi="Arial" w:cs="Arial"/>
          <w:bCs/>
          <w:szCs w:val="44"/>
        </w:rPr>
        <w:t>דף צפייה: מאיפה הגיע האור? שורשי הנאורות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1 · אירופה במאה ה־19 · ❓ אילו תהליכים שקדמו למאה ה־18 הכשירו את הקרקע לרעיונות הנאורות?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איך העולם התחיל להאיר- שורשי הנאורות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1:48 דקות · https://www.youtube.com/watch?v=n-yZ5B461jQ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 ליד כל משפט: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הנאורות צמחה פתאום, בלי שום רקע קודם.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גילויים במדע שינו את הדרך שבה אנשים חשבו על החברה.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המצאת הדפוס סייעה להפצת רעיונות חדשים.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רעיונות הנאורות נשארו רק בצרפת.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אילו ארבעה 'שורשים' הסרטון מונה?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שמות המדענים ומה הם שינו בתפיסת העולם.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למדו אנשים ממלחמות הדת.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באילו מקומות ובאילו דרכים התפשטו הרעיונות.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הרעיון שגם באור יש צללים.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ההומניזם ומלחמות הדת: מדוע דווקא מלחמה קשה יכולה להוביל לרעיון של סובלנות?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המדענים: איך גילוי בשמיים יכול לשנות את היחס לסמכות על הארץ?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⏸️ אחרי הדפוס והסלונים: מה דומה בין סלון של המאה ה־18 לבין מקומות שבהם מתנהל שיח היום?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מהו הומניזם?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גישה ששמה את האדם ויכולותיו במרכז     ○ ב. שם של מכונת דפוס     ○ ג. מלחמה בין דתות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איזה מדען ניסח חוקי טבע לתנועה ולכבידה?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גוטנברג     ○ ב. קופרניקוס     ○ ג. ניוטון     ○ ד. וולטר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כיצד התפשטו רעיונות חדשים במהירות?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רק בעל־פה בכפרים     ○ ב. בזכות הדפוס, הספרים, העיתונים והסלונים     ○ ג. באמצעות פקודות המלך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כיצד מלחמות הדת תרמו לצמיחת הנאורות.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הקשר בין המהפכה המדעית לבין רעיון התבונה?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היה תפקידם של הדפוס ושל הסלונים?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הסרטון טוען שגם ב'ימי החושך' היה אור, וגם ב'תקופת האור' יש צללים. הסבירו את הטענה ובחנו אותה.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איזה מבין ארבעת השורשים היה לדעתכם החשוב ביותר? נמקו והשוו לשורש אחר.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ג׳ · 🕰️ ציר זמן משימה פעילה: עץ השורשים של הנאורות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בונים 'עץ' על הלוח או בדף: השורשים הם תהליכים שקדמו לנאורות, הענפים הם רעיונות הנאורות שצמחו מהם.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סדרו על ציר זמן את כרטיסי האירועים: הדפוס, קופרניקוס, גלילאו, מלחמת שלושים השנים ושלום וסטפליה, ניוטון.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שייכו כל אירוע לאחד מארבעת השורשים: הומניזם, סובלנות, מדע, הפצת ידע.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לכל שורש כתבו 'ענף' – רעיון של הנאורות שצמח ממנו.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בחרו שורש אחד והסבירו בשני משפטים את החיבור בינו לבין הענף.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הסבר שני גורמים שהשפיעו על צמיחת רעיונות הנאורות באירופה.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מאיפה הגיע האור? שורשי הנאורות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ציינו שניים מהשורשים של הנאורות.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מדוע הדפוס היה חשוב להתפשטות הרעיונות?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1: אירופה במאה ה־19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